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left"/>
      </w:pPr>
      <w:r>
        <w:rPr>
          <w:rFonts w:ascii="Aptos" w:hAnsi="Aptos"/>
          <w:b/>
          <w:color w:val="000000"/>
          <w:sz w:val="40"/>
        </w:rPr>
        <w:t>Mietvertrag Muster</w:t>
      </w:r>
    </w:p>
    <w:p>
      <w:pPr>
        <w:spacing w:before="0" w:after="180"/>
      </w:pPr>
      <w:r>
        <w:rPr>
          <w:rFonts w:ascii="Aptos" w:hAnsi="Aptos"/>
          <w:b w:val="0"/>
          <w:color w:val="667085"/>
          <w:sz w:val="20"/>
        </w:rPr>
        <w:t>für Mietgeräte und Eventausstattung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0710"/>
            <w:gridSpan w:val="2"/>
            <w:shd w:fill="1F2328"/>
            <w:tcBorders>
              <w:top w:val="single" w:sz="6" w:space="0" w:color="1F2328"/>
              <w:left w:val="single" w:sz="6" w:space="0" w:color="1F2328"/>
              <w:bottom w:val="single" w:sz="6" w:space="0" w:color="1F2328"/>
              <w:right w:val="single" w:sz="6" w:space="0" w:color="1F2328"/>
              <w:insideH w:val="single" w:sz="6" w:space="0" w:color="1F2328"/>
              <w:insideV w:val="single" w:sz="6" w:space="0" w:color="1F232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Vertrag und Mietzeit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Vertragsnummer: __________________________________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Mietvertrag erstellt am: 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Mietbeginn Datum Uhrzeit: 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Mietende Datum Uhrzeit: 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Übergabeort: ______________________________________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Rückgabeort: 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0710"/>
            <w:gridSpan w:val="2"/>
            <w:shd w:fill="1F2328"/>
            <w:tcBorders>
              <w:top w:val="single" w:sz="6" w:space="0" w:color="1F2328"/>
              <w:left w:val="single" w:sz="6" w:space="0" w:color="1F2328"/>
              <w:bottom w:val="single" w:sz="6" w:space="0" w:color="1F2328"/>
              <w:right w:val="single" w:sz="6" w:space="0" w:color="1F2328"/>
              <w:insideH w:val="single" w:sz="6" w:space="0" w:color="1F2328"/>
              <w:insideV w:val="single" w:sz="6" w:space="0" w:color="1F232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Vertragspartner  Vermieter links  Mieter rechts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Daniel Wagner  Event-, Haus- &amp; Gartenservice</w:t>
              <w:br/>
              <w:t>Ringstraße 89  04209 Leipzig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Name Vorname: ____________________________________</w:t>
              <w:br/>
              <w:t>Geburtsdatum: ___________________________________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Telefon: 0170 1051950</w:t>
              <w:br/>
              <w:t>E-Mail: kontakt@eventhausgarten.de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Straße Hausnummer: _______________________________</w:t>
              <w:br/>
              <w:t>PLZ Ort: _________________________________________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Kontoinhaber für Zahlungen: ________________________</w:t>
              <w:br/>
              <w:t>IBAN: ____________________________________________</w:t>
              <w:br/>
              <w:t>BIC Kreditinstitut: 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Telefon: _________________________________________</w:t>
              <w:br/>
              <w:t>E-Mail: __________________________________________</w:t>
              <w:br/>
              <w:t>Haftpflichtversicherung optional: __________________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ptos" w:hAnsi="Aptos"/>
          <w:b/>
          <w:color w:val="232323"/>
          <w:sz w:val="22"/>
        </w:rPr>
        <w:t>Identitätsprüfung bei Übergabe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Ausweisdokument:  ☐ Personalausweis   ☐ Reisepass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Ausstellende Behörde: _____________________________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Ausweisnummer: ___________________________________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Gültig bis: _______________________________________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☐ Originaldokument vorgelegt und geprüft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☐ Keine Kopie und kein Foto des Dokuments angefertigt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ptos" w:hAnsi="Aptos"/>
          <w:b/>
          <w:color w:val="232323"/>
          <w:sz w:val="22"/>
        </w:rPr>
        <w:t>Mietgegenstände und Zubehör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5"/>
        <w:gridCol w:w="1785"/>
        <w:gridCol w:w="1785"/>
        <w:gridCol w:w="1785"/>
        <w:gridCol w:w="1785"/>
        <w:gridCol w:w="1785"/>
      </w:tblGrid>
      <w:tr>
        <w:trPr>
          <w:tblHeader w:val="true"/>
        </w:trPr>
        <w:tc>
          <w:tcPr>
            <w:tcW w:type="dxa" w:w="340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Nr.</w:t>
            </w:r>
          </w:p>
        </w:tc>
        <w:tc>
          <w:tcPr>
            <w:tcW w:type="dxa" w:w="4025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Mietgegenstand und Zubehör</w:t>
            </w:r>
          </w:p>
        </w:tc>
        <w:tc>
          <w:tcPr>
            <w:tcW w:type="dxa" w:w="850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Tagessatz</w:t>
            </w:r>
          </w:p>
        </w:tc>
        <w:tc>
          <w:tcPr>
            <w:tcW w:type="dxa" w:w="567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Menge</w:t>
            </w:r>
          </w:p>
        </w:tc>
        <w:tc>
          <w:tcPr>
            <w:tcW w:type="dxa" w:w="510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Tage</w:t>
            </w:r>
          </w:p>
        </w:tc>
        <w:tc>
          <w:tcPr>
            <w:tcW w:type="dxa" w:w="1020"/>
            <w:shd w:fill="2C3035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Gesamt</w:t>
            </w:r>
          </w:p>
        </w:tc>
      </w:tr>
      <w:tr>
        <w:tc>
          <w:tcPr>
            <w:tcW w:type="dxa" w:w="34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4025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85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6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1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102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</w:tr>
      <w:tr>
        <w:tc>
          <w:tcPr>
            <w:tcW w:type="dxa" w:w="34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4025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85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6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1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102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</w:tr>
      <w:tr>
        <w:tc>
          <w:tcPr>
            <w:tcW w:type="dxa" w:w="34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4025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85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6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1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102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</w:tr>
      <w:tr>
        <w:tc>
          <w:tcPr>
            <w:tcW w:type="dxa" w:w="34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4025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85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6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51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  <w:tc>
          <w:tcPr>
            <w:tcW w:type="dxa" w:w="102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200" w:type="dxa"/>
              <w:start w:w="80" w:type="dxa"/>
              <w:bottom w:w="20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ptos" w:hAnsi="Aptos"/>
          <w:b/>
          <w:color w:val="232323"/>
          <w:sz w:val="22"/>
        </w:rPr>
        <w:t>Preisübersicht und Zahlung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Mietpreis gesamt: ________________________________ €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Kaution:  ☐ 50 €   ☐ 100 €   Betrag: ______________ €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Anlieferung Abholung: ____________________________ €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Versand und Rückversand: __________________________ €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Aufbau und Abbau: _______________________________ €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Reinigungskosten falls vereinbart: _________________ €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Sonstige Kosten oder Rabatt: ______________________ €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Gesamtbetrag einschließlich Kaution: _______________ €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Zahlung Mietpreis erhalten: ☐ bar ☐ Überweisung ☐ sonstiges</w:t>
              <w:br/>
              <w:t>Betrag: __________ €  Datum: __________  Zeichen: 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Zahlung Kaution erhalten: ☐ bar ☐ Überweisung ☐ sonstiges</w:t>
              <w:br/>
              <w:t>Betrag: __________ €  Datum: __________  Zeichen: ______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ptos" w:hAnsi="Aptos"/>
          <w:b/>
          <w:color w:val="232323"/>
          <w:sz w:val="22"/>
        </w:rPr>
        <w:t>Übergabe und Rückgabeprotokoll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Zustand bei Übergabe  Zubehör vollständig  vorhandene Schäden:</w:t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Zustand bei Rückgabe  Zubehör vollständig  neue Schäden oder Fehlteile:</w:t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Fotos oder Zusatzprotokoll: ☐ nein ☐ ja  Anlage Nr.: 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Kaution zurückgezahlt: ☐ direkt ☐ Überweisung</w:t>
              <w:br/>
              <w:t>Betrag: __________ €  Datum: __________  Zeichen: ______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ptos" w:hAnsi="Aptos"/>
          <w:b/>
          <w:color w:val="232323"/>
          <w:sz w:val="22"/>
        </w:rPr>
        <w:t>Vereinbarungen und Unterschriften</w:t>
      </w:r>
    </w:p>
    <w:p>
      <w:pPr>
        <w:spacing w:before="0" w:after="100"/>
      </w:pPr>
      <w:r>
        <w:rPr>
          <w:rFonts w:ascii="Aptos" w:hAnsi="Aptos"/>
          <w:b w:val="0"/>
          <w:color w:val="232323"/>
          <w:sz w:val="17"/>
        </w:rPr>
        <w:t>Die Mietbedingungen des Event-, Haus- &amp; Gartenservice wurden ausgehändigt beziehungsweise zugänglich gemacht und sind Bestandteil dieses Mietvertrags. Individuelle Vereinbarungen in diesem Vertrag gehen den Mietbedingungen vor.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Zusätzliche Vereinbarungen:</w:t>
              <w:br/>
              <w:t>________________________________________________________________</w:t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  <w:tc>
          <w:tcPr>
            <w:tcW w:type="dxa" w:w="18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32323"/>
                <w:sz w:val="17"/>
              </w:rPr>
              <w:t>Ort Datum: ________________________________________</w:t>
              <w:br/>
              <w:br/>
              <w:t>Unterschrift Vermieter: ____________________________</w:t>
              <w:br/>
              <w:br/>
              <w:t>Unterschrift Mieter: 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09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ptos" w:hAnsi="Aptos"/>
        <w:b w:val="0"/>
        <w:color w:val="667085"/>
        <w:sz w:val="15"/>
      </w:rPr>
      <w:t>Mietvertragsmuster  |  Bitte vollständig ausfüllen und mit Mietbedingungen verwenden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ptos" w:hAnsi="Aptos"/>
        <w:b/>
        <w:color w:val="8C6A3D"/>
        <w:sz w:val="16"/>
      </w:rPr>
      <w:t>Event-, Haus- &amp; Gartenservice  |  Leipzig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Mietvertrag Muster</dc:title>
  <dc:subject>Mietvertrag für Geräte und Eventausstattung</dc:subject>
  <dc:creator>Event-, Haus- &amp; Gartenservice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